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FEC20" w14:textId="77777777" w:rsidR="00660546" w:rsidRDefault="00660546">
      <w:pPr>
        <w:pStyle w:val="Heading1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5AD5CEFC" wp14:editId="5418DC3B">
            <wp:extent cx="2635250" cy="655153"/>
            <wp:effectExtent l="0" t="0" r="0" b="0"/>
            <wp:docPr id="781405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05630" name="Picture 78140563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12120" cy="67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C7B92" w14:textId="4BA5FBF6" w:rsidR="00852FB9" w:rsidRPr="007F0B40" w:rsidRDefault="00D56B5A">
      <w:pPr>
        <w:pStyle w:val="Heading1"/>
        <w:rPr>
          <w:color w:val="auto"/>
        </w:rPr>
      </w:pPr>
      <w:r w:rsidRPr="007F0B40">
        <w:rPr>
          <w:color w:val="auto"/>
        </w:rPr>
        <w:t>REQUEST TO RESERVE A CAR PARKING SPACE</w:t>
      </w:r>
    </w:p>
    <w:p w14:paraId="7B1D9C1E" w14:textId="77777777" w:rsidR="000E4E89" w:rsidRDefault="000E4E89">
      <w:pPr>
        <w:rPr>
          <w:sz w:val="20"/>
          <w:szCs w:val="20"/>
        </w:rPr>
      </w:pPr>
    </w:p>
    <w:p w14:paraId="0FDBCFB3" w14:textId="034EC139" w:rsidR="000E4E89" w:rsidRPr="008913CA" w:rsidRDefault="00000000">
      <w:pPr>
        <w:rPr>
          <w:rFonts w:ascii="Aptos" w:hAnsi="Aptos"/>
        </w:rPr>
      </w:pPr>
      <w:r w:rsidRPr="008913CA">
        <w:rPr>
          <w:rFonts w:ascii="Aptos" w:hAnsi="Aptos"/>
        </w:rPr>
        <w:t xml:space="preserve">Please complete the form and return to </w:t>
      </w:r>
      <w:hyperlink r:id="rId10" w:history="1">
        <w:r w:rsidR="00D56B5A" w:rsidRPr="008913CA">
          <w:rPr>
            <w:rStyle w:val="Hyperlink"/>
            <w:rFonts w:ascii="Aptos" w:hAnsi="Aptos"/>
          </w:rPr>
          <w:t>car.parking@stir.ac.uk</w:t>
        </w:r>
      </w:hyperlink>
      <w:r w:rsidR="00D56B5A" w:rsidRPr="008913CA">
        <w:rPr>
          <w:rFonts w:ascii="Aptos" w:hAnsi="Aptos"/>
        </w:rPr>
        <w:t xml:space="preserve"> </w:t>
      </w:r>
      <w:r w:rsidRPr="008913CA">
        <w:rPr>
          <w:rFonts w:ascii="Aptos" w:hAnsi="Aptos"/>
        </w:rPr>
        <w:t xml:space="preserve"> and</w:t>
      </w:r>
      <w:r w:rsidR="000621BB" w:rsidRPr="008913CA">
        <w:rPr>
          <w:rFonts w:ascii="Aptos" w:hAnsi="Aptos"/>
        </w:rPr>
        <w:t xml:space="preserve"> please also copy </w:t>
      </w:r>
      <w:r w:rsidRPr="008913CA">
        <w:rPr>
          <w:rFonts w:ascii="Aptos" w:hAnsi="Aptos"/>
        </w:rPr>
        <w:t xml:space="preserve"> </w:t>
      </w:r>
      <w:hyperlink r:id="rId11" w:history="1">
        <w:r w:rsidR="00D56B5A" w:rsidRPr="008913CA">
          <w:rPr>
            <w:rStyle w:val="Hyperlink"/>
            <w:rFonts w:ascii="Aptos" w:hAnsi="Aptos"/>
          </w:rPr>
          <w:t>security@stir.ac.uk</w:t>
        </w:r>
      </w:hyperlink>
      <w:r w:rsidR="00D56B5A" w:rsidRPr="008913CA">
        <w:rPr>
          <w:rFonts w:ascii="Aptos" w:hAnsi="Aptos"/>
        </w:rPr>
        <w:t xml:space="preserve"> </w:t>
      </w:r>
      <w:r w:rsidRPr="008913CA">
        <w:rPr>
          <w:rFonts w:ascii="Aptos" w:hAnsi="Aptos"/>
        </w:rPr>
        <w:t xml:space="preserve"> </w:t>
      </w:r>
    </w:p>
    <w:p w14:paraId="16181725" w14:textId="3CBD6F42" w:rsidR="00480289" w:rsidRPr="008913CA" w:rsidRDefault="00000000">
      <w:pPr>
        <w:rPr>
          <w:rFonts w:ascii="Aptos" w:hAnsi="Aptos"/>
        </w:rPr>
      </w:pPr>
      <w:r w:rsidRPr="008913CA">
        <w:rPr>
          <w:rFonts w:ascii="Aptos" w:hAnsi="Aptos"/>
        </w:rPr>
        <w:t>Your request will be logged</w:t>
      </w:r>
      <w:r w:rsidR="00E37C56">
        <w:rPr>
          <w:rFonts w:ascii="Aptos" w:hAnsi="Aptos"/>
        </w:rPr>
        <w:t>,</w:t>
      </w:r>
      <w:r w:rsidR="000E4E89" w:rsidRPr="008913CA">
        <w:rPr>
          <w:rFonts w:ascii="Aptos" w:hAnsi="Aptos"/>
        </w:rPr>
        <w:t xml:space="preserve"> and i</w:t>
      </w:r>
      <w:r w:rsidRPr="008913CA">
        <w:rPr>
          <w:rFonts w:ascii="Aptos" w:hAnsi="Aptos"/>
        </w:rPr>
        <w:t xml:space="preserve">f there are any problems with your request, we will </w:t>
      </w:r>
      <w:r w:rsidR="00717F20" w:rsidRPr="008913CA">
        <w:rPr>
          <w:rFonts w:ascii="Aptos" w:hAnsi="Aptos"/>
        </w:rPr>
        <w:t>get</w:t>
      </w:r>
      <w:r w:rsidRPr="008913CA">
        <w:rPr>
          <w:rFonts w:ascii="Aptos" w:hAnsi="Aptos"/>
        </w:rPr>
        <w:t xml:space="preserve"> in touch with you.</w:t>
      </w:r>
      <w:r w:rsidR="000621BB" w:rsidRPr="008913CA">
        <w:rPr>
          <w:rFonts w:ascii="Aptos" w:hAnsi="Aptos"/>
        </w:rPr>
        <w:t xml:space="preserve"> Reserved spaces will be in the Lower Cottrell Car Park only.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985"/>
        <w:gridCol w:w="1984"/>
      </w:tblGrid>
      <w:tr w:rsidR="00480289" w14:paraId="15374E8C" w14:textId="77777777" w:rsidTr="00480289">
        <w:tc>
          <w:tcPr>
            <w:tcW w:w="11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B912D4" w14:textId="521612BC" w:rsidR="00480289" w:rsidRDefault="00480289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Costs 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144BFE" w14:textId="664ADE5D" w:rsidR="00480289" w:rsidRPr="00A420BF" w:rsidRDefault="00480289">
            <w:pPr>
              <w:rPr>
                <w:rFonts w:ascii="Aptos" w:hAnsi="Aptos"/>
                <w:sz w:val="18"/>
                <w:szCs w:val="18"/>
              </w:rPr>
            </w:pPr>
            <w:r w:rsidRPr="00A420BF">
              <w:rPr>
                <w:rFonts w:ascii="Aptos" w:hAnsi="Aptos"/>
                <w:sz w:val="18"/>
                <w:szCs w:val="18"/>
              </w:rPr>
              <w:t>Up to 4 hours = £3</w:t>
            </w:r>
            <w:r w:rsidR="00A420BF" w:rsidRPr="00A420BF">
              <w:rPr>
                <w:rFonts w:ascii="Aptos" w:hAnsi="Aptos"/>
                <w:sz w:val="18"/>
                <w:szCs w:val="18"/>
              </w:rPr>
              <w:t>.10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B44E93" w14:textId="6BA6FB59" w:rsidR="00480289" w:rsidRPr="00A420BF" w:rsidRDefault="00480289">
            <w:pPr>
              <w:rPr>
                <w:rFonts w:ascii="Aptos" w:hAnsi="Aptos"/>
                <w:sz w:val="18"/>
                <w:szCs w:val="18"/>
              </w:rPr>
            </w:pPr>
            <w:r w:rsidRPr="00A420BF">
              <w:rPr>
                <w:rFonts w:ascii="Aptos" w:hAnsi="Aptos"/>
                <w:sz w:val="18"/>
                <w:szCs w:val="18"/>
              </w:rPr>
              <w:t>Full day = £5</w:t>
            </w:r>
            <w:r w:rsidR="00A420BF" w:rsidRPr="00A420BF">
              <w:rPr>
                <w:rFonts w:ascii="Aptos" w:hAnsi="Aptos"/>
                <w:sz w:val="18"/>
                <w:szCs w:val="18"/>
              </w:rPr>
              <w:t>.20</w:t>
            </w:r>
          </w:p>
        </w:tc>
      </w:tr>
    </w:tbl>
    <w:p w14:paraId="0A93AB5F" w14:textId="77777777" w:rsidR="00480289" w:rsidRPr="00480289" w:rsidRDefault="00480289">
      <w:pPr>
        <w:rPr>
          <w:rFonts w:ascii="Aptos" w:hAnsi="Aptos"/>
          <w:sz w:val="8"/>
          <w:szCs w:val="8"/>
        </w:rPr>
      </w:pPr>
    </w:p>
    <w:p w14:paraId="251E6506" w14:textId="546A3C2F" w:rsidR="00D56B5A" w:rsidRPr="008913CA" w:rsidRDefault="00000000">
      <w:pPr>
        <w:rPr>
          <w:rFonts w:ascii="Aptos" w:hAnsi="Aptos"/>
        </w:rPr>
      </w:pPr>
      <w:r w:rsidRPr="008913CA">
        <w:rPr>
          <w:rFonts w:ascii="Aptos" w:hAnsi="Aptos"/>
        </w:rPr>
        <w:t xml:space="preserve">Please click on this link </w:t>
      </w:r>
      <w:hyperlink r:id="rId12" w:history="1">
        <w:r w:rsidR="00D56B5A" w:rsidRPr="008913CA">
          <w:rPr>
            <w:rStyle w:val="Hyperlink"/>
            <w:rFonts w:ascii="Aptos" w:hAnsi="Aptos" w:cs="Arial"/>
          </w:rPr>
          <w:t>here</w:t>
        </w:r>
      </w:hyperlink>
      <w:r w:rsidRPr="008913CA">
        <w:rPr>
          <w:rFonts w:ascii="Aptos" w:hAnsi="Aptos"/>
        </w:rPr>
        <w:t xml:space="preserve"> to read the guidelines.</w:t>
      </w:r>
      <w:r w:rsidR="00D56B5A" w:rsidRPr="008913CA">
        <w:rPr>
          <w:rFonts w:ascii="Aptos" w:hAnsi="Aptos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51"/>
        <w:gridCol w:w="4579"/>
      </w:tblGrid>
      <w:tr w:rsidR="00852FB9" w14:paraId="1661D48A" w14:textId="77777777" w:rsidTr="00480289">
        <w:trPr>
          <w:trHeight w:val="460"/>
          <w:jc w:val="center"/>
        </w:trPr>
        <w:tc>
          <w:tcPr>
            <w:tcW w:w="4051" w:type="dxa"/>
            <w:shd w:val="clear" w:color="auto" w:fill="FBD4B4" w:themeFill="accent6" w:themeFillTint="66"/>
          </w:tcPr>
          <w:p w14:paraId="509C5DCE" w14:textId="77777777" w:rsidR="00852FB9" w:rsidRPr="006A2914" w:rsidRDefault="00000000">
            <w:pPr>
              <w:rPr>
                <w:b/>
                <w:bCs/>
              </w:rPr>
            </w:pPr>
            <w:r w:rsidRPr="006A2914">
              <w:rPr>
                <w:b/>
                <w:bCs/>
              </w:rPr>
              <w:t>Date of Meeting / Event</w:t>
            </w:r>
          </w:p>
        </w:tc>
        <w:tc>
          <w:tcPr>
            <w:tcW w:w="4579" w:type="dxa"/>
          </w:tcPr>
          <w:p w14:paraId="19C785B9" w14:textId="2F5F40C4" w:rsidR="00852FB9" w:rsidRDefault="00852FB9"/>
        </w:tc>
      </w:tr>
      <w:tr w:rsidR="00852FB9" w14:paraId="1B6F35DD" w14:textId="77777777" w:rsidTr="00480289">
        <w:trPr>
          <w:trHeight w:val="435"/>
          <w:jc w:val="center"/>
        </w:trPr>
        <w:tc>
          <w:tcPr>
            <w:tcW w:w="4051" w:type="dxa"/>
            <w:shd w:val="clear" w:color="auto" w:fill="FBD4B4" w:themeFill="accent6" w:themeFillTint="66"/>
          </w:tcPr>
          <w:p w14:paraId="42236CCD" w14:textId="77777777" w:rsidR="00852FB9" w:rsidRPr="006A2914" w:rsidRDefault="00000000">
            <w:pPr>
              <w:rPr>
                <w:b/>
                <w:bCs/>
              </w:rPr>
            </w:pPr>
            <w:r w:rsidRPr="006A2914">
              <w:rPr>
                <w:b/>
                <w:bCs/>
              </w:rPr>
              <w:t>Arrival Time</w:t>
            </w:r>
          </w:p>
        </w:tc>
        <w:tc>
          <w:tcPr>
            <w:tcW w:w="4579" w:type="dxa"/>
          </w:tcPr>
          <w:p w14:paraId="6411D6ED" w14:textId="00442410" w:rsidR="00852FB9" w:rsidRDefault="00852FB9"/>
        </w:tc>
      </w:tr>
      <w:tr w:rsidR="00852FB9" w14:paraId="6920AD71" w14:textId="77777777" w:rsidTr="00480289">
        <w:trPr>
          <w:trHeight w:val="460"/>
          <w:jc w:val="center"/>
        </w:trPr>
        <w:tc>
          <w:tcPr>
            <w:tcW w:w="4051" w:type="dxa"/>
            <w:shd w:val="clear" w:color="auto" w:fill="FBD4B4" w:themeFill="accent6" w:themeFillTint="66"/>
          </w:tcPr>
          <w:p w14:paraId="14722B1E" w14:textId="77777777" w:rsidR="00852FB9" w:rsidRPr="006A2914" w:rsidRDefault="00000000">
            <w:pPr>
              <w:rPr>
                <w:b/>
                <w:bCs/>
              </w:rPr>
            </w:pPr>
            <w:r w:rsidRPr="006A2914">
              <w:rPr>
                <w:b/>
                <w:bCs/>
              </w:rPr>
              <w:t>Departure Time</w:t>
            </w:r>
          </w:p>
        </w:tc>
        <w:tc>
          <w:tcPr>
            <w:tcW w:w="4579" w:type="dxa"/>
          </w:tcPr>
          <w:p w14:paraId="7AECCA7A" w14:textId="6AB53F23" w:rsidR="00852FB9" w:rsidRDefault="00852FB9"/>
        </w:tc>
      </w:tr>
      <w:tr w:rsidR="00852FB9" w14:paraId="1AA84BE9" w14:textId="77777777" w:rsidTr="00480289">
        <w:trPr>
          <w:trHeight w:val="435"/>
          <w:jc w:val="center"/>
        </w:trPr>
        <w:tc>
          <w:tcPr>
            <w:tcW w:w="4051" w:type="dxa"/>
            <w:shd w:val="clear" w:color="auto" w:fill="FBD4B4" w:themeFill="accent6" w:themeFillTint="66"/>
          </w:tcPr>
          <w:p w14:paraId="25AAC376" w14:textId="77777777" w:rsidR="00852FB9" w:rsidRPr="006A2914" w:rsidRDefault="00000000">
            <w:pPr>
              <w:rPr>
                <w:b/>
                <w:bCs/>
              </w:rPr>
            </w:pPr>
            <w:r w:rsidRPr="006A2914">
              <w:rPr>
                <w:b/>
                <w:bCs/>
              </w:rPr>
              <w:t>Location of Meeting / Event</w:t>
            </w:r>
          </w:p>
        </w:tc>
        <w:tc>
          <w:tcPr>
            <w:tcW w:w="4579" w:type="dxa"/>
          </w:tcPr>
          <w:p w14:paraId="23193F90" w14:textId="36C2DED2" w:rsidR="00852FB9" w:rsidRDefault="00852FB9"/>
        </w:tc>
      </w:tr>
      <w:tr w:rsidR="00852FB9" w14:paraId="2B245B2B" w14:textId="77777777" w:rsidTr="00480289">
        <w:trPr>
          <w:trHeight w:val="412"/>
          <w:jc w:val="center"/>
        </w:trPr>
        <w:tc>
          <w:tcPr>
            <w:tcW w:w="4051" w:type="dxa"/>
            <w:shd w:val="clear" w:color="auto" w:fill="FBD4B4" w:themeFill="accent6" w:themeFillTint="66"/>
          </w:tcPr>
          <w:p w14:paraId="4574DFE5" w14:textId="77777777" w:rsidR="00852FB9" w:rsidRPr="006A2914" w:rsidRDefault="00000000">
            <w:pPr>
              <w:rPr>
                <w:b/>
                <w:bCs/>
              </w:rPr>
            </w:pPr>
            <w:r w:rsidRPr="006A2914">
              <w:rPr>
                <w:b/>
                <w:bCs/>
              </w:rPr>
              <w:t>No. of Spaces (Max 4)</w:t>
            </w:r>
          </w:p>
        </w:tc>
        <w:tc>
          <w:tcPr>
            <w:tcW w:w="4579" w:type="dxa"/>
          </w:tcPr>
          <w:p w14:paraId="2FBE1B26" w14:textId="6CEADEE0" w:rsidR="00852FB9" w:rsidRDefault="00852FB9"/>
        </w:tc>
      </w:tr>
      <w:tr w:rsidR="00D56B5A" w14:paraId="7C847E51" w14:textId="77777777" w:rsidTr="00480289">
        <w:trPr>
          <w:trHeight w:val="460"/>
          <w:jc w:val="center"/>
        </w:trPr>
        <w:tc>
          <w:tcPr>
            <w:tcW w:w="4051" w:type="dxa"/>
            <w:shd w:val="clear" w:color="auto" w:fill="FBD4B4" w:themeFill="accent6" w:themeFillTint="66"/>
          </w:tcPr>
          <w:p w14:paraId="3E990688" w14:textId="486271C3" w:rsidR="00D56B5A" w:rsidRDefault="00D56B5A">
            <w:r>
              <w:rPr>
                <w:b/>
              </w:rPr>
              <w:t>Meeting/Event Name (if known):</w:t>
            </w:r>
          </w:p>
        </w:tc>
        <w:tc>
          <w:tcPr>
            <w:tcW w:w="4579" w:type="dxa"/>
          </w:tcPr>
          <w:p w14:paraId="0F9C5C10" w14:textId="405E27C9" w:rsidR="00D56B5A" w:rsidRDefault="00D56B5A"/>
        </w:tc>
      </w:tr>
    </w:tbl>
    <w:p w14:paraId="0C29F5EF" w14:textId="77777777" w:rsidR="00D56B5A" w:rsidRPr="00480289" w:rsidRDefault="00D56B5A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2"/>
        <w:gridCol w:w="2690"/>
        <w:gridCol w:w="1454"/>
        <w:gridCol w:w="1220"/>
        <w:gridCol w:w="894"/>
      </w:tblGrid>
      <w:tr w:rsidR="00852FB9" w14:paraId="67F6868E" w14:textId="77777777" w:rsidTr="008913CA">
        <w:trPr>
          <w:trHeight w:val="502"/>
        </w:trPr>
        <w:tc>
          <w:tcPr>
            <w:tcW w:w="2372" w:type="dxa"/>
            <w:shd w:val="clear" w:color="auto" w:fill="FBD4B4" w:themeFill="accent6" w:themeFillTint="66"/>
          </w:tcPr>
          <w:p w14:paraId="7C86E01A" w14:textId="078586BB" w:rsidR="00852FB9" w:rsidRPr="006A2914" w:rsidRDefault="00000000">
            <w:pPr>
              <w:rPr>
                <w:b/>
                <w:bCs/>
              </w:rPr>
            </w:pPr>
            <w:r w:rsidRPr="006A2914">
              <w:rPr>
                <w:b/>
                <w:bCs/>
              </w:rPr>
              <w:t>Name</w:t>
            </w:r>
            <w:r w:rsidR="007B4270">
              <w:rPr>
                <w:b/>
                <w:bCs/>
              </w:rPr>
              <w:t xml:space="preserve"> of Driver</w:t>
            </w:r>
          </w:p>
        </w:tc>
        <w:tc>
          <w:tcPr>
            <w:tcW w:w="2690" w:type="dxa"/>
            <w:shd w:val="clear" w:color="auto" w:fill="FBD4B4" w:themeFill="accent6" w:themeFillTint="66"/>
          </w:tcPr>
          <w:p w14:paraId="5D503370" w14:textId="77777777" w:rsidR="00852FB9" w:rsidRPr="006A2914" w:rsidRDefault="00000000">
            <w:pPr>
              <w:rPr>
                <w:b/>
                <w:bCs/>
              </w:rPr>
            </w:pPr>
            <w:r w:rsidRPr="006A2914">
              <w:rPr>
                <w:b/>
                <w:bCs/>
              </w:rPr>
              <w:t>Organisation/Business</w:t>
            </w:r>
          </w:p>
        </w:tc>
        <w:tc>
          <w:tcPr>
            <w:tcW w:w="1454" w:type="dxa"/>
            <w:shd w:val="clear" w:color="auto" w:fill="FBD4B4" w:themeFill="accent6" w:themeFillTint="66"/>
          </w:tcPr>
          <w:p w14:paraId="68D24267" w14:textId="77777777" w:rsidR="00852FB9" w:rsidRPr="006A2914" w:rsidRDefault="00000000">
            <w:pPr>
              <w:rPr>
                <w:b/>
                <w:bCs/>
              </w:rPr>
            </w:pPr>
            <w:r w:rsidRPr="006A2914">
              <w:rPr>
                <w:b/>
                <w:bCs/>
              </w:rPr>
              <w:t>Vehicle Reg.</w:t>
            </w:r>
          </w:p>
        </w:tc>
        <w:tc>
          <w:tcPr>
            <w:tcW w:w="1220" w:type="dxa"/>
            <w:shd w:val="clear" w:color="auto" w:fill="FBD4B4" w:themeFill="accent6" w:themeFillTint="66"/>
          </w:tcPr>
          <w:p w14:paraId="654A46C7" w14:textId="69C78845" w:rsidR="00852FB9" w:rsidRPr="006A2914" w:rsidRDefault="00000000">
            <w:pPr>
              <w:rPr>
                <w:b/>
                <w:bCs/>
              </w:rPr>
            </w:pPr>
            <w:r w:rsidRPr="006A2914">
              <w:rPr>
                <w:b/>
                <w:bCs/>
              </w:rPr>
              <w:t xml:space="preserve">Make &amp; </w:t>
            </w:r>
            <w:proofErr w:type="gramStart"/>
            <w:r w:rsidRPr="006A2914">
              <w:rPr>
                <w:b/>
                <w:bCs/>
              </w:rPr>
              <w:t>Model</w:t>
            </w:r>
            <w:proofErr w:type="gramEnd"/>
            <w:r w:rsidR="00D56B5A" w:rsidRPr="006A2914">
              <w:rPr>
                <w:b/>
                <w:bCs/>
              </w:rPr>
              <w:t xml:space="preserve"> </w:t>
            </w:r>
          </w:p>
        </w:tc>
        <w:tc>
          <w:tcPr>
            <w:tcW w:w="894" w:type="dxa"/>
            <w:shd w:val="clear" w:color="auto" w:fill="FBD4B4" w:themeFill="accent6" w:themeFillTint="66"/>
          </w:tcPr>
          <w:p w14:paraId="6D8A2691" w14:textId="3169475A" w:rsidR="00852FB9" w:rsidRPr="006A2914" w:rsidRDefault="00000000">
            <w:pPr>
              <w:rPr>
                <w:b/>
                <w:bCs/>
              </w:rPr>
            </w:pPr>
            <w:r w:rsidRPr="006A2914">
              <w:rPr>
                <w:b/>
                <w:bCs/>
              </w:rPr>
              <w:t>Colour</w:t>
            </w:r>
            <w:r w:rsidR="00D56B5A" w:rsidRPr="006A2914">
              <w:rPr>
                <w:b/>
                <w:bCs/>
              </w:rPr>
              <w:t xml:space="preserve"> </w:t>
            </w:r>
          </w:p>
        </w:tc>
      </w:tr>
      <w:tr w:rsidR="00852FB9" w14:paraId="2A1D5194" w14:textId="77777777" w:rsidTr="006C289A">
        <w:trPr>
          <w:trHeight w:val="465"/>
        </w:trPr>
        <w:tc>
          <w:tcPr>
            <w:tcW w:w="2372" w:type="dxa"/>
          </w:tcPr>
          <w:p w14:paraId="7794D56B" w14:textId="3C3CB179" w:rsidR="00852FB9" w:rsidRDefault="00852FB9"/>
        </w:tc>
        <w:tc>
          <w:tcPr>
            <w:tcW w:w="2690" w:type="dxa"/>
          </w:tcPr>
          <w:p w14:paraId="23CC4FED" w14:textId="689BCE0D" w:rsidR="00852FB9" w:rsidRDefault="00852FB9"/>
        </w:tc>
        <w:tc>
          <w:tcPr>
            <w:tcW w:w="1454" w:type="dxa"/>
          </w:tcPr>
          <w:p w14:paraId="7022F9DB" w14:textId="168E3534" w:rsidR="00852FB9" w:rsidRDefault="00852FB9"/>
        </w:tc>
        <w:tc>
          <w:tcPr>
            <w:tcW w:w="1220" w:type="dxa"/>
          </w:tcPr>
          <w:p w14:paraId="08D840B2" w14:textId="637EE7C4" w:rsidR="00852FB9" w:rsidRDefault="000621BB">
            <w:r>
              <w:t xml:space="preserve">   </w:t>
            </w:r>
          </w:p>
        </w:tc>
        <w:tc>
          <w:tcPr>
            <w:tcW w:w="894" w:type="dxa"/>
          </w:tcPr>
          <w:p w14:paraId="6B36A322" w14:textId="77777777" w:rsidR="00852FB9" w:rsidRDefault="00852FB9"/>
        </w:tc>
      </w:tr>
      <w:tr w:rsidR="00852FB9" w14:paraId="2215F719" w14:textId="77777777" w:rsidTr="006C289A">
        <w:trPr>
          <w:trHeight w:val="429"/>
        </w:trPr>
        <w:tc>
          <w:tcPr>
            <w:tcW w:w="2372" w:type="dxa"/>
          </w:tcPr>
          <w:p w14:paraId="41CF68EB" w14:textId="77777777" w:rsidR="00852FB9" w:rsidRDefault="00852FB9"/>
        </w:tc>
        <w:tc>
          <w:tcPr>
            <w:tcW w:w="2690" w:type="dxa"/>
          </w:tcPr>
          <w:p w14:paraId="4CF8C428" w14:textId="77777777" w:rsidR="00852FB9" w:rsidRDefault="00852FB9"/>
        </w:tc>
        <w:tc>
          <w:tcPr>
            <w:tcW w:w="1454" w:type="dxa"/>
          </w:tcPr>
          <w:p w14:paraId="7E8A02A0" w14:textId="77777777" w:rsidR="00852FB9" w:rsidRDefault="00852FB9"/>
        </w:tc>
        <w:tc>
          <w:tcPr>
            <w:tcW w:w="1220" w:type="dxa"/>
          </w:tcPr>
          <w:p w14:paraId="0F93BB00" w14:textId="77777777" w:rsidR="00852FB9" w:rsidRDefault="00852FB9"/>
        </w:tc>
        <w:tc>
          <w:tcPr>
            <w:tcW w:w="894" w:type="dxa"/>
          </w:tcPr>
          <w:p w14:paraId="3179A0AE" w14:textId="77777777" w:rsidR="00852FB9" w:rsidRDefault="00852FB9"/>
        </w:tc>
      </w:tr>
      <w:tr w:rsidR="00852FB9" w14:paraId="2F95F143" w14:textId="77777777" w:rsidTr="006C289A">
        <w:trPr>
          <w:trHeight w:val="407"/>
        </w:trPr>
        <w:tc>
          <w:tcPr>
            <w:tcW w:w="2372" w:type="dxa"/>
          </w:tcPr>
          <w:p w14:paraId="3FB5434A" w14:textId="77777777" w:rsidR="00852FB9" w:rsidRDefault="00852FB9"/>
        </w:tc>
        <w:tc>
          <w:tcPr>
            <w:tcW w:w="2690" w:type="dxa"/>
          </w:tcPr>
          <w:p w14:paraId="27E3331E" w14:textId="77777777" w:rsidR="00852FB9" w:rsidRDefault="00852FB9"/>
        </w:tc>
        <w:tc>
          <w:tcPr>
            <w:tcW w:w="1454" w:type="dxa"/>
          </w:tcPr>
          <w:p w14:paraId="522CD971" w14:textId="77777777" w:rsidR="00852FB9" w:rsidRDefault="00852FB9"/>
        </w:tc>
        <w:tc>
          <w:tcPr>
            <w:tcW w:w="1220" w:type="dxa"/>
          </w:tcPr>
          <w:p w14:paraId="1D9EB233" w14:textId="77777777" w:rsidR="00852FB9" w:rsidRDefault="00852FB9"/>
        </w:tc>
        <w:tc>
          <w:tcPr>
            <w:tcW w:w="894" w:type="dxa"/>
          </w:tcPr>
          <w:p w14:paraId="6C270273" w14:textId="77777777" w:rsidR="00852FB9" w:rsidRDefault="00852FB9"/>
        </w:tc>
      </w:tr>
      <w:tr w:rsidR="00852FB9" w14:paraId="2E9FB41A" w14:textId="77777777" w:rsidTr="006C289A">
        <w:trPr>
          <w:trHeight w:val="413"/>
        </w:trPr>
        <w:tc>
          <w:tcPr>
            <w:tcW w:w="2372" w:type="dxa"/>
          </w:tcPr>
          <w:p w14:paraId="26555801" w14:textId="77777777" w:rsidR="00852FB9" w:rsidRDefault="00852FB9"/>
        </w:tc>
        <w:tc>
          <w:tcPr>
            <w:tcW w:w="2690" w:type="dxa"/>
          </w:tcPr>
          <w:p w14:paraId="331DEED6" w14:textId="77777777" w:rsidR="00852FB9" w:rsidRDefault="00852FB9"/>
        </w:tc>
        <w:tc>
          <w:tcPr>
            <w:tcW w:w="1454" w:type="dxa"/>
          </w:tcPr>
          <w:p w14:paraId="1E6064BB" w14:textId="77777777" w:rsidR="00852FB9" w:rsidRDefault="00852FB9"/>
        </w:tc>
        <w:tc>
          <w:tcPr>
            <w:tcW w:w="1220" w:type="dxa"/>
          </w:tcPr>
          <w:p w14:paraId="73051D5E" w14:textId="77777777" w:rsidR="00852FB9" w:rsidRDefault="00852FB9"/>
        </w:tc>
        <w:tc>
          <w:tcPr>
            <w:tcW w:w="894" w:type="dxa"/>
          </w:tcPr>
          <w:p w14:paraId="26448B46" w14:textId="77777777" w:rsidR="00852FB9" w:rsidRDefault="00852FB9"/>
        </w:tc>
      </w:tr>
    </w:tbl>
    <w:p w14:paraId="2BF707AF" w14:textId="77777777" w:rsidR="008913CA" w:rsidRPr="00480289" w:rsidRDefault="008913CA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225"/>
      </w:tblGrid>
      <w:tr w:rsidR="008913CA" w14:paraId="40D73012" w14:textId="77777777" w:rsidTr="00480289">
        <w:trPr>
          <w:trHeight w:val="502"/>
        </w:trPr>
        <w:tc>
          <w:tcPr>
            <w:tcW w:w="2405" w:type="dxa"/>
            <w:shd w:val="clear" w:color="auto" w:fill="FBD4B4" w:themeFill="accent6" w:themeFillTint="66"/>
          </w:tcPr>
          <w:p w14:paraId="17F00C14" w14:textId="77777777" w:rsidR="008913CA" w:rsidRPr="006A2914" w:rsidRDefault="008913CA" w:rsidP="00641660">
            <w:pPr>
              <w:rPr>
                <w:b/>
                <w:bCs/>
              </w:rPr>
            </w:pPr>
            <w:r w:rsidRPr="006A2914">
              <w:rPr>
                <w:b/>
                <w:bCs/>
              </w:rPr>
              <w:t>Contact Name</w:t>
            </w:r>
          </w:p>
        </w:tc>
        <w:tc>
          <w:tcPr>
            <w:tcW w:w="6225" w:type="dxa"/>
          </w:tcPr>
          <w:p w14:paraId="6F0C2AE9" w14:textId="77777777" w:rsidR="008913CA" w:rsidRDefault="008913CA" w:rsidP="00641660"/>
        </w:tc>
      </w:tr>
      <w:tr w:rsidR="008913CA" w14:paraId="42A3F057" w14:textId="77777777" w:rsidTr="00480289">
        <w:trPr>
          <w:trHeight w:val="474"/>
        </w:trPr>
        <w:tc>
          <w:tcPr>
            <w:tcW w:w="2405" w:type="dxa"/>
            <w:shd w:val="clear" w:color="auto" w:fill="FBD4B4" w:themeFill="accent6" w:themeFillTint="66"/>
          </w:tcPr>
          <w:p w14:paraId="1A5BED18" w14:textId="77777777" w:rsidR="008913CA" w:rsidRPr="006A2914" w:rsidRDefault="008913CA" w:rsidP="00641660">
            <w:pPr>
              <w:rPr>
                <w:b/>
                <w:bCs/>
              </w:rPr>
            </w:pPr>
            <w:r w:rsidRPr="006A2914">
              <w:rPr>
                <w:b/>
                <w:bCs/>
              </w:rPr>
              <w:t>Date</w:t>
            </w:r>
            <w:r>
              <w:rPr>
                <w:b/>
                <w:bCs/>
              </w:rPr>
              <w:t xml:space="preserve"> of Request</w:t>
            </w:r>
          </w:p>
        </w:tc>
        <w:tc>
          <w:tcPr>
            <w:tcW w:w="6225" w:type="dxa"/>
          </w:tcPr>
          <w:p w14:paraId="53A3814B" w14:textId="77777777" w:rsidR="008913CA" w:rsidRDefault="008913CA" w:rsidP="00641660"/>
        </w:tc>
      </w:tr>
      <w:tr w:rsidR="008913CA" w14:paraId="4B4C85E4" w14:textId="77777777" w:rsidTr="00480289">
        <w:trPr>
          <w:trHeight w:val="502"/>
        </w:trPr>
        <w:tc>
          <w:tcPr>
            <w:tcW w:w="2405" w:type="dxa"/>
            <w:shd w:val="clear" w:color="auto" w:fill="FBD4B4" w:themeFill="accent6" w:themeFillTint="66"/>
          </w:tcPr>
          <w:p w14:paraId="26480822" w14:textId="77777777" w:rsidR="008913CA" w:rsidRPr="006A2914" w:rsidRDefault="008913CA" w:rsidP="00641660">
            <w:pPr>
              <w:rPr>
                <w:b/>
                <w:bCs/>
              </w:rPr>
            </w:pPr>
            <w:r w:rsidRPr="006A2914">
              <w:rPr>
                <w:b/>
                <w:bCs/>
              </w:rPr>
              <w:t>Department</w:t>
            </w:r>
          </w:p>
        </w:tc>
        <w:tc>
          <w:tcPr>
            <w:tcW w:w="6225" w:type="dxa"/>
          </w:tcPr>
          <w:p w14:paraId="346CC19D" w14:textId="77777777" w:rsidR="008913CA" w:rsidRDefault="008913CA" w:rsidP="00641660"/>
        </w:tc>
      </w:tr>
      <w:tr w:rsidR="008913CA" w14:paraId="318836AC" w14:textId="77777777" w:rsidTr="00480289">
        <w:trPr>
          <w:trHeight w:val="502"/>
        </w:trPr>
        <w:tc>
          <w:tcPr>
            <w:tcW w:w="2405" w:type="dxa"/>
            <w:shd w:val="clear" w:color="auto" w:fill="FBD4B4" w:themeFill="accent6" w:themeFillTint="66"/>
          </w:tcPr>
          <w:p w14:paraId="51B95E35" w14:textId="77777777" w:rsidR="008913CA" w:rsidRPr="006A2914" w:rsidRDefault="008913CA" w:rsidP="00641660">
            <w:pPr>
              <w:rPr>
                <w:b/>
                <w:bCs/>
              </w:rPr>
            </w:pPr>
            <w:r w:rsidRPr="006A2914">
              <w:rPr>
                <w:b/>
                <w:bCs/>
              </w:rPr>
              <w:t>Authorised By</w:t>
            </w:r>
          </w:p>
        </w:tc>
        <w:tc>
          <w:tcPr>
            <w:tcW w:w="6225" w:type="dxa"/>
          </w:tcPr>
          <w:p w14:paraId="4F60040D" w14:textId="77777777" w:rsidR="008913CA" w:rsidRDefault="008913CA" w:rsidP="00641660"/>
        </w:tc>
      </w:tr>
    </w:tbl>
    <w:p w14:paraId="3D5B899E" w14:textId="4A61FC23" w:rsidR="008913CA" w:rsidRPr="008913CA" w:rsidRDefault="008913CA">
      <w:pPr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532"/>
      </w:tblGrid>
      <w:tr w:rsidR="008913CA" w14:paraId="7FC22220" w14:textId="77777777" w:rsidTr="00641660">
        <w:trPr>
          <w:trHeight w:val="502"/>
        </w:trPr>
        <w:tc>
          <w:tcPr>
            <w:tcW w:w="5098" w:type="dxa"/>
            <w:shd w:val="clear" w:color="auto" w:fill="FBD4B4" w:themeFill="accent6" w:themeFillTint="66"/>
          </w:tcPr>
          <w:p w14:paraId="576067CA" w14:textId="77777777" w:rsidR="008913CA" w:rsidRPr="006A2914" w:rsidRDefault="008913CA" w:rsidP="00641660">
            <w:pPr>
              <w:rPr>
                <w:b/>
                <w:bCs/>
              </w:rPr>
            </w:pPr>
            <w:r w:rsidRPr="006A2914">
              <w:rPr>
                <w:b/>
                <w:bCs/>
              </w:rPr>
              <w:lastRenderedPageBreak/>
              <w:t>Departmental Account &amp; Charge Code</w:t>
            </w:r>
          </w:p>
        </w:tc>
        <w:tc>
          <w:tcPr>
            <w:tcW w:w="3532" w:type="dxa"/>
          </w:tcPr>
          <w:p w14:paraId="287A880D" w14:textId="77777777" w:rsidR="008913CA" w:rsidRDefault="008913CA" w:rsidP="00641660"/>
        </w:tc>
      </w:tr>
    </w:tbl>
    <w:p w14:paraId="662FEB3D" w14:textId="77777777" w:rsidR="008913CA" w:rsidRDefault="008913CA"/>
    <w:sectPr w:rsidR="008913CA" w:rsidSect="0098061E">
      <w:pgSz w:w="12240" w:h="15840"/>
      <w:pgMar w:top="1276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2821737">
    <w:abstractNumId w:val="8"/>
  </w:num>
  <w:num w:numId="2" w16cid:durableId="1580553481">
    <w:abstractNumId w:val="6"/>
  </w:num>
  <w:num w:numId="3" w16cid:durableId="2131820815">
    <w:abstractNumId w:val="5"/>
  </w:num>
  <w:num w:numId="4" w16cid:durableId="1369140566">
    <w:abstractNumId w:val="4"/>
  </w:num>
  <w:num w:numId="5" w16cid:durableId="1806696553">
    <w:abstractNumId w:val="7"/>
  </w:num>
  <w:num w:numId="6" w16cid:durableId="1512185467">
    <w:abstractNumId w:val="3"/>
  </w:num>
  <w:num w:numId="7" w16cid:durableId="1752315216">
    <w:abstractNumId w:val="2"/>
  </w:num>
  <w:num w:numId="8" w16cid:durableId="1734156826">
    <w:abstractNumId w:val="1"/>
  </w:num>
  <w:num w:numId="9" w16cid:durableId="1326856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1BB"/>
    <w:rsid w:val="000A3EDE"/>
    <w:rsid w:val="000E4E89"/>
    <w:rsid w:val="0015074B"/>
    <w:rsid w:val="0029639D"/>
    <w:rsid w:val="002C4592"/>
    <w:rsid w:val="00326F90"/>
    <w:rsid w:val="0042336C"/>
    <w:rsid w:val="00480289"/>
    <w:rsid w:val="005363D7"/>
    <w:rsid w:val="00660546"/>
    <w:rsid w:val="006A2914"/>
    <w:rsid w:val="006C289A"/>
    <w:rsid w:val="00717F20"/>
    <w:rsid w:val="007B4270"/>
    <w:rsid w:val="007F0B40"/>
    <w:rsid w:val="007F5586"/>
    <w:rsid w:val="00852FB9"/>
    <w:rsid w:val="008913CA"/>
    <w:rsid w:val="0092161C"/>
    <w:rsid w:val="0098061E"/>
    <w:rsid w:val="009A305B"/>
    <w:rsid w:val="00A420BF"/>
    <w:rsid w:val="00AA1D8D"/>
    <w:rsid w:val="00B47730"/>
    <w:rsid w:val="00CB0664"/>
    <w:rsid w:val="00D031C5"/>
    <w:rsid w:val="00D56B5A"/>
    <w:rsid w:val="00E37C56"/>
    <w:rsid w:val="00EB032F"/>
    <w:rsid w:val="00ED4A35"/>
    <w:rsid w:val="00F07C60"/>
    <w:rsid w:val="00F1286F"/>
    <w:rsid w:val="00F91C3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5CCC10"/>
  <w14:defaultImageDpi w14:val="300"/>
  <w15:docId w15:val="{B0B86B25-C992-42BB-9990-867F5649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56B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6B5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56B5A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717F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tir.ac.uk/about/getting-here/parkin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urity@stir.ac.uk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car.parking@stir.ac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583bba-3cd3-485a-bf5f-5da5ed8d5065">
      <Terms xmlns="http://schemas.microsoft.com/office/infopath/2007/PartnerControls"/>
    </lcf76f155ced4ddcb4097134ff3c332f>
    <TaxCatchAll xmlns="72342614-4418-406a-ae31-588428b8daf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1749A342D7C4CA4AA874053536D93" ma:contentTypeVersion="18" ma:contentTypeDescription="Create a new document." ma:contentTypeScope="" ma:versionID="336a551bd04772dc5155e0b9f4dacaf5">
  <xsd:schema xmlns:xsd="http://www.w3.org/2001/XMLSchema" xmlns:xs="http://www.w3.org/2001/XMLSchema" xmlns:p="http://schemas.microsoft.com/office/2006/metadata/properties" xmlns:ns2="f9583bba-3cd3-485a-bf5f-5da5ed8d5065" xmlns:ns3="72342614-4418-406a-ae31-588428b8daf4" targetNamespace="http://schemas.microsoft.com/office/2006/metadata/properties" ma:root="true" ma:fieldsID="9e020ea60e67c9e2317e2b5838182997" ns2:_="" ns3:_="">
    <xsd:import namespace="f9583bba-3cd3-485a-bf5f-5da5ed8d5065"/>
    <xsd:import namespace="72342614-4418-406a-ae31-588428b8da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83bba-3cd3-485a-bf5f-5da5ed8d5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701f896-1688-46c9-9388-f01866670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42614-4418-406a-ae31-588428b8da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d75a3b-f7ef-42d7-a6d4-acc1c9dad1d8}" ma:internalName="TaxCatchAll" ma:showField="CatchAllData" ma:web="72342614-4418-406a-ae31-588428b8da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82C338-929B-4321-986B-991331E9BD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FD4691-62F1-4F41-AB40-219338854361}">
  <ds:schemaRefs>
    <ds:schemaRef ds:uri="http://schemas.microsoft.com/office/2006/metadata/properties"/>
    <ds:schemaRef ds:uri="http://schemas.microsoft.com/office/infopath/2007/PartnerControls"/>
    <ds:schemaRef ds:uri="f9583bba-3cd3-485a-bf5f-5da5ed8d5065"/>
    <ds:schemaRef ds:uri="72342614-4418-406a-ae31-588428b8daf4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90F995-F7FB-4302-A68F-7E8C6FC51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83bba-3cd3-485a-bf5f-5da5ed8d5065"/>
    <ds:schemaRef ds:uri="72342614-4418-406a-ae31-588428b8d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Roslyn Smith</cp:lastModifiedBy>
  <cp:revision>5</cp:revision>
  <cp:lastPrinted>2026-08-06T09:25:00Z</cp:lastPrinted>
  <dcterms:created xsi:type="dcterms:W3CDTF">2026-08-06T11:15:00Z</dcterms:created>
  <dcterms:modified xsi:type="dcterms:W3CDTF">2026-09-11T09:10:00Z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0x010100F751749A342D7C4CA4AA874053536D93</vt:lpwstr>
  </property>
  <property fmtid="{D5CDD505-2E9C-101B-9397-08002B2CF9AE}" pid="3" name="MediaServiceImageTags">
    <vt:lpwstr/>
  </property>
</Properties>
</file>